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כתיבת שיר "תְּחִי הַ..." בהשראת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הבית בשיר "תְּחִי הַ..."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אנפורה, האנשה וחריזה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של בית שיר על ערך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חזרה על מילה בתחילת כל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תְּחִי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לתת לערך תכונות של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אלתרמן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החריזה היא אפשרות,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ברשימת הערכים יש גם סקרנות וסבלנות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ההאנשה המבוקשת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נשמר רק במכשיר של הכותב/ת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אפשרות שמוצעת במשימה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אלתרמן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ערך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(להקשיב באמת לדברי 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(להתייחס לכולם באופן הוגן)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(רצון ללמוד ולשאול עוד)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(לדאוג לתוצאות המעשים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(להתייחס לאחר בהערכה)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ערך חשוב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מה הערך הזה עושה, כאילו הוא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ארבע שורות שמתחילות במילה תחי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יש חריזה וסיום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 את הבית בקול ולבדוק שהוא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ארבע שורות, פתיחה במילה תחי בכל שורה, תיאור הערך כדמות עם פעולה, רצוי חריזה או סיום מפתיע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את הקשר האישי לערך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על מילה בתחילת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שורה הכוללת תחי + ערך +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כמה בתים שנכתבו בכיתה כדי להדגים גיוון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את דוגמת ההקשבה לפני תחילת הכתיבה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שמתקשים להתחיל מהמילה תחי ולבנות משם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כתיבת שיר "תְּחִי הַ..." בהשראת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משימת הכתיבה "תְּחִי הַ..." - כתיבת בית שיר בהשראת נתן אלתרמן, על ערך חשוב כמו הקשבה, שוויון או כבוד.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מבנה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שורות יש בבית שכותבים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בסוף השורה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בתחילת 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מפתיע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חוזרת בתחילת השורות בשיר "תְּחִי הַ..."?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תְּחִי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האנשה בכתיבת הבית?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לערך תכונות של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שיר ללא 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צבע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המשורר שבהשראתו כותבים את הבית?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עגנון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שהבית יכיל חריזה כדי שייחשב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ערך כמו סקרנות או סבלנות לכתוב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היא לתאר מה הערך עושה, כאילו הוא דמות חיה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שכותבים נשלח לבדיקה ונשמר במקום מרוחק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לסיים את הבית בסיום מפתיע אם 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כל שורה בשיר כותבים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נותנים לערך תכונות של אדם, זו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אותה מילה בתחילת שורות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הבית שכותבים הוא בהשראת המשורר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במשימה יש גם כתיבת מכתב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ערך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להתייחס לאחר בהערכה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 ללמוד ולשאול עוד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לדאוג לתוצאות המעשים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להתייחס לכולם באופן הוגן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להקשיב באמת לדברי האחר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הערך הזה עושה, כאילו הוא 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ארבע שורות שמתחילות במילה תחי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חריזה וסיום מעניין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הבית בקול ולבדוק שהוא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ערך חשוב מהרשימה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בית של ארבע שורות בתבנית "תְּחִי הַ..." על ערך שבחרתם, עם אנפורה והאנשה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בחרתם דווקא בערך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אנפורה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שורה אחת שמתחילה במילה תחי על ערך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לבחור ערך שמשמעותי 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כתיבת שיר "תְּחִי הַ..." בהשראת אלתרמן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